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1D763" w14:textId="77777777" w:rsidR="00D27AAB" w:rsidRDefault="00000000">
      <w:pPr>
        <w:jc w:val="center"/>
      </w:pPr>
      <w:r>
        <w:rPr>
          <w:noProof/>
        </w:rPr>
        <w:drawing>
          <wp:inline distT="0" distB="0" distL="0" distR="0" wp14:anchorId="3710AFC1" wp14:editId="16336133">
            <wp:extent cx="9601200" cy="74191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opnet_floorplan_barn_door_ada_updates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01200" cy="7419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7AAB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3275725">
    <w:abstractNumId w:val="8"/>
  </w:num>
  <w:num w:numId="2" w16cid:durableId="93863009">
    <w:abstractNumId w:val="6"/>
  </w:num>
  <w:num w:numId="3" w16cid:durableId="1344546981">
    <w:abstractNumId w:val="5"/>
  </w:num>
  <w:num w:numId="4" w16cid:durableId="1022975412">
    <w:abstractNumId w:val="4"/>
  </w:num>
  <w:num w:numId="5" w16cid:durableId="990060790">
    <w:abstractNumId w:val="7"/>
  </w:num>
  <w:num w:numId="6" w16cid:durableId="157382149">
    <w:abstractNumId w:val="3"/>
  </w:num>
  <w:num w:numId="7" w16cid:durableId="1678650550">
    <w:abstractNumId w:val="2"/>
  </w:num>
  <w:num w:numId="8" w16cid:durableId="672030229">
    <w:abstractNumId w:val="1"/>
  </w:num>
  <w:num w:numId="9" w16cid:durableId="1143499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A3A75"/>
    <w:rsid w:val="00326F90"/>
    <w:rsid w:val="009D38CE"/>
    <w:rsid w:val="00AA1D8D"/>
    <w:rsid w:val="00B47730"/>
    <w:rsid w:val="00CB0664"/>
    <w:rsid w:val="00D27AA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A6A47E"/>
  <w14:defaultImageDpi w14:val="300"/>
  <w15:docId w15:val="{E096069F-AFBC-4295-B911-F997A83E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Stephanie Spath</cp:lastModifiedBy>
  <cp:revision>2</cp:revision>
  <cp:lastPrinted>2026-05-08T16:41:00Z</cp:lastPrinted>
  <dcterms:created xsi:type="dcterms:W3CDTF">2026-05-08T16:42:00Z</dcterms:created>
  <dcterms:modified xsi:type="dcterms:W3CDTF">2026-05-08T16:42:00Z</dcterms:modified>
  <cp:category/>
</cp:coreProperties>
</file>