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E6" w:rsidRDefault="00AC3E24">
      <w:pPr>
        <w:spacing w:after="20"/>
        <w:jc w:val="center"/>
      </w:pPr>
      <w:r>
        <w:rPr>
          <w:b/>
          <w:color w:val="000000"/>
          <w:sz w:val="34"/>
        </w:rPr>
        <w:t>Buckthorn Residences</w:t>
      </w:r>
    </w:p>
    <w:p w:rsidR="00F134E6" w:rsidRDefault="00AC3E24">
      <w:pPr>
        <w:spacing w:after="80"/>
        <w:jc w:val="center"/>
      </w:pPr>
      <w:r>
        <w:rPr>
          <w:b/>
          <w:color w:val="B30000"/>
          <w:sz w:val="18"/>
        </w:rPr>
        <w:t>Updated Rent Roll | July 2026</w:t>
      </w:r>
    </w:p>
    <w:tbl>
      <w:tblPr>
        <w:tblW w:w="15047" w:type="dxa"/>
        <w:jc w:val="center"/>
        <w:tblLayout w:type="fixed"/>
        <w:tblLook w:val="04A0" w:firstRow="1" w:lastRow="0" w:firstColumn="1" w:lastColumn="0" w:noHBand="0" w:noVBand="1"/>
      </w:tblPr>
      <w:tblGrid>
        <w:gridCol w:w="3527"/>
        <w:gridCol w:w="1800"/>
        <w:gridCol w:w="3024"/>
        <w:gridCol w:w="6696"/>
      </w:tblGrid>
      <w:tr w:rsidR="00F134E6">
        <w:trPr>
          <w:trHeight w:val="547"/>
          <w:jc w:val="center"/>
        </w:trPr>
        <w:tc>
          <w:tcPr>
            <w:tcW w:w="3528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73319C" w:rsidRDefault="00AC3E2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3319C">
              <w:rPr>
                <w:b/>
                <w:color w:val="000000"/>
                <w:sz w:val="20"/>
                <w:szCs w:val="20"/>
              </w:rPr>
              <w:t>125 E Buckthorn Street</w:t>
            </w:r>
            <w:r w:rsidRPr="0073319C">
              <w:rPr>
                <w:b/>
                <w:color w:val="000000"/>
                <w:sz w:val="20"/>
                <w:szCs w:val="20"/>
              </w:rPr>
              <w:br/>
              <w:t>Inglewood, CA 90301</w:t>
            </w:r>
          </w:p>
        </w:tc>
        <w:tc>
          <w:tcPr>
            <w:tcW w:w="1800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73319C" w:rsidRDefault="00AC3E2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3319C">
              <w:rPr>
                <w:b/>
                <w:color w:val="000000"/>
                <w:sz w:val="20"/>
                <w:szCs w:val="20"/>
              </w:rPr>
              <w:t>JULY 2026</w:t>
            </w:r>
          </w:p>
        </w:tc>
        <w:tc>
          <w:tcPr>
            <w:tcW w:w="3024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73319C" w:rsidRDefault="00AC3E24" w:rsidP="0073319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3319C">
              <w:rPr>
                <w:b/>
                <w:color w:val="000000"/>
                <w:sz w:val="20"/>
                <w:szCs w:val="20"/>
              </w:rPr>
              <w:t>Date Updated:</w:t>
            </w:r>
            <w:r w:rsidRPr="0073319C">
              <w:rPr>
                <w:b/>
                <w:color w:val="000000"/>
                <w:sz w:val="20"/>
                <w:szCs w:val="20"/>
              </w:rPr>
              <w:br/>
              <w:t xml:space="preserve">JULY </w:t>
            </w:r>
            <w:r w:rsidR="0073319C" w:rsidRPr="0073319C">
              <w:rPr>
                <w:b/>
                <w:color w:val="000000"/>
                <w:sz w:val="20"/>
                <w:szCs w:val="20"/>
              </w:rPr>
              <w:t>14</w:t>
            </w:r>
            <w:r w:rsidRPr="0073319C">
              <w:rPr>
                <w:b/>
                <w:color w:val="000000"/>
                <w:sz w:val="20"/>
                <w:szCs w:val="20"/>
              </w:rPr>
              <w:t>, 2026</w:t>
            </w:r>
          </w:p>
        </w:tc>
        <w:tc>
          <w:tcPr>
            <w:tcW w:w="6696" w:type="dxa"/>
            <w:tcBorders>
              <w:top w:val="single" w:sz="4" w:space="0" w:color="CFCFCF"/>
              <w:left w:val="single" w:sz="4" w:space="0" w:color="CFCFCF"/>
              <w:bottom w:val="single" w:sz="4" w:space="0" w:color="CFCFCF"/>
              <w:right w:val="single" w:sz="4" w:space="0" w:color="CFCFCF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73319C" w:rsidRDefault="00AC3E24" w:rsidP="0073319C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3319C">
              <w:rPr>
                <w:b/>
                <w:color w:val="000000"/>
                <w:sz w:val="20"/>
                <w:szCs w:val="20"/>
              </w:rPr>
              <w:t>Notes: Derived from property manager a</w:t>
            </w:r>
            <w:r w:rsidR="0073319C">
              <w:rPr>
                <w:b/>
                <w:color w:val="000000"/>
                <w:sz w:val="20"/>
                <w:szCs w:val="20"/>
              </w:rPr>
              <w:t>nd/or seller provided rent roll and income ledgers.</w:t>
            </w:r>
            <w:r w:rsidRPr="0073319C">
              <w:rPr>
                <w:b/>
                <w:color w:val="000000"/>
                <w:sz w:val="20"/>
                <w:szCs w:val="20"/>
              </w:rPr>
              <w:t xml:space="preserve"> Resident </w:t>
            </w:r>
            <w:r w:rsidR="0073319C">
              <w:rPr>
                <w:b/>
                <w:color w:val="000000"/>
                <w:sz w:val="20"/>
                <w:szCs w:val="20"/>
              </w:rPr>
              <w:t>personal identifiers</w:t>
            </w:r>
            <w:r w:rsidRPr="0073319C">
              <w:rPr>
                <w:b/>
                <w:color w:val="000000"/>
                <w:sz w:val="20"/>
                <w:szCs w:val="20"/>
              </w:rPr>
              <w:t xml:space="preserve"> withheld until offer acceptance. All </w:t>
            </w:r>
            <w:r w:rsidRPr="0073319C">
              <w:rPr>
                <w:b/>
                <w:color w:val="000000"/>
                <w:sz w:val="20"/>
                <w:szCs w:val="20"/>
              </w:rPr>
              <w:t xml:space="preserve">data and square footages to be verified by buyer </w:t>
            </w:r>
            <w:r w:rsidR="00540834" w:rsidRPr="0073319C">
              <w:rPr>
                <w:b/>
                <w:color w:val="000000"/>
                <w:sz w:val="20"/>
                <w:szCs w:val="20"/>
              </w:rPr>
              <w:t>and are estimates.</w:t>
            </w:r>
          </w:p>
        </w:tc>
      </w:tr>
    </w:tbl>
    <w:p w:rsidR="00F134E6" w:rsidRDefault="00F134E6">
      <w:pPr>
        <w:spacing w:after="80"/>
      </w:pPr>
    </w:p>
    <w:p w:rsidR="00F134E6" w:rsidRDefault="00AC3E24">
      <w:pPr>
        <w:spacing w:after="40"/>
      </w:pPr>
      <w:r>
        <w:rPr>
          <w:b/>
          <w:color w:val="000000"/>
          <w:sz w:val="18"/>
        </w:rPr>
        <w:t>Key Figures</w:t>
      </w:r>
    </w:p>
    <w:tbl>
      <w:tblPr>
        <w:tblW w:w="15047" w:type="dxa"/>
        <w:jc w:val="center"/>
        <w:tblLayout w:type="fixed"/>
        <w:tblLook w:val="04A0" w:firstRow="1" w:lastRow="0" w:firstColumn="1" w:lastColumn="0" w:noHBand="0" w:noVBand="1"/>
      </w:tblPr>
      <w:tblGrid>
        <w:gridCol w:w="2149"/>
        <w:gridCol w:w="2149"/>
        <w:gridCol w:w="2149"/>
        <w:gridCol w:w="2150"/>
        <w:gridCol w:w="2150"/>
        <w:gridCol w:w="2150"/>
        <w:gridCol w:w="2150"/>
      </w:tblGrid>
      <w:tr w:rsidR="00F134E6">
        <w:trPr>
          <w:trHeight w:val="633"/>
          <w:jc w:val="center"/>
        </w:trPr>
        <w:tc>
          <w:tcPr>
            <w:tcW w:w="21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30000"/>
            <w:tcMar>
              <w:top w:w="45" w:type="dxa"/>
              <w:left w:w="55" w:type="dxa"/>
              <w:bottom w:w="4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/>
              <w:jc w:val="center"/>
              <w:rPr>
                <w:sz w:val="22"/>
              </w:rPr>
            </w:pPr>
            <w:r w:rsidRPr="00540834">
              <w:rPr>
                <w:b/>
                <w:color w:val="FFFFFF"/>
                <w:sz w:val="22"/>
              </w:rPr>
              <w:t>Total Units</w:t>
            </w:r>
            <w:r w:rsidRPr="00540834">
              <w:rPr>
                <w:b/>
                <w:color w:val="FFFFFF"/>
                <w:sz w:val="22"/>
              </w:rPr>
              <w:br/>
            </w:r>
            <w:r w:rsidRPr="00540834">
              <w:rPr>
                <w:b/>
                <w:color w:val="FFFFFF"/>
                <w:sz w:val="22"/>
              </w:rPr>
              <w:t>6</w:t>
            </w:r>
          </w:p>
        </w:tc>
        <w:tc>
          <w:tcPr>
            <w:tcW w:w="21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30000"/>
            <w:tcMar>
              <w:top w:w="45" w:type="dxa"/>
              <w:left w:w="55" w:type="dxa"/>
              <w:bottom w:w="4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/>
              <w:jc w:val="center"/>
              <w:rPr>
                <w:sz w:val="22"/>
              </w:rPr>
            </w:pPr>
            <w:r w:rsidRPr="00540834">
              <w:rPr>
                <w:b/>
                <w:color w:val="FFFFFF"/>
                <w:sz w:val="22"/>
              </w:rPr>
              <w:t>Occupied Units</w:t>
            </w:r>
            <w:r w:rsidRPr="00540834">
              <w:rPr>
                <w:b/>
                <w:color w:val="FFFFFF"/>
                <w:sz w:val="22"/>
              </w:rPr>
              <w:br/>
              <w:t>6</w:t>
            </w:r>
          </w:p>
        </w:tc>
        <w:tc>
          <w:tcPr>
            <w:tcW w:w="21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30000"/>
            <w:tcMar>
              <w:top w:w="45" w:type="dxa"/>
              <w:left w:w="55" w:type="dxa"/>
              <w:bottom w:w="4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/>
              <w:jc w:val="center"/>
              <w:rPr>
                <w:sz w:val="22"/>
              </w:rPr>
            </w:pPr>
            <w:r w:rsidRPr="00540834">
              <w:rPr>
                <w:b/>
                <w:color w:val="FFFFFF"/>
                <w:sz w:val="22"/>
              </w:rPr>
              <w:t>Monthly Rent</w:t>
            </w:r>
            <w:r w:rsidRPr="00540834">
              <w:rPr>
                <w:b/>
                <w:color w:val="FFFFFF"/>
                <w:sz w:val="22"/>
              </w:rPr>
              <w:br/>
              <w:t>$17,701</w:t>
            </w:r>
          </w:p>
        </w:tc>
        <w:tc>
          <w:tcPr>
            <w:tcW w:w="21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30000"/>
            <w:tcMar>
              <w:top w:w="45" w:type="dxa"/>
              <w:left w:w="55" w:type="dxa"/>
              <w:bottom w:w="4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/>
              <w:jc w:val="center"/>
              <w:rPr>
                <w:sz w:val="22"/>
              </w:rPr>
            </w:pPr>
            <w:r w:rsidRPr="00540834">
              <w:rPr>
                <w:b/>
                <w:color w:val="FFFFFF"/>
                <w:sz w:val="22"/>
              </w:rPr>
              <w:t>Annual Rent</w:t>
            </w:r>
            <w:r w:rsidRPr="00540834">
              <w:rPr>
                <w:b/>
                <w:color w:val="FFFFFF"/>
                <w:sz w:val="22"/>
              </w:rPr>
              <w:br/>
              <w:t>$212,412</w:t>
            </w:r>
          </w:p>
        </w:tc>
        <w:tc>
          <w:tcPr>
            <w:tcW w:w="21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30000"/>
            <w:tcMar>
              <w:top w:w="45" w:type="dxa"/>
              <w:left w:w="55" w:type="dxa"/>
              <w:bottom w:w="4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/>
              <w:jc w:val="center"/>
              <w:rPr>
                <w:sz w:val="22"/>
              </w:rPr>
            </w:pPr>
            <w:r w:rsidRPr="00540834">
              <w:rPr>
                <w:b/>
                <w:color w:val="FFFFFF"/>
                <w:sz w:val="22"/>
              </w:rPr>
              <w:t>Avg. Total PPSF</w:t>
            </w:r>
            <w:r w:rsidRPr="00540834">
              <w:rPr>
                <w:b/>
                <w:color w:val="FFFFFF"/>
                <w:sz w:val="22"/>
              </w:rPr>
              <w:br/>
              <w:t>$2.14</w:t>
            </w:r>
          </w:p>
        </w:tc>
        <w:tc>
          <w:tcPr>
            <w:tcW w:w="21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30000"/>
            <w:tcMar>
              <w:top w:w="45" w:type="dxa"/>
              <w:left w:w="55" w:type="dxa"/>
              <w:bottom w:w="4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/>
              <w:jc w:val="center"/>
              <w:rPr>
                <w:sz w:val="22"/>
              </w:rPr>
            </w:pPr>
            <w:r w:rsidRPr="00540834">
              <w:rPr>
                <w:b/>
                <w:color w:val="FFFFFF"/>
                <w:sz w:val="22"/>
              </w:rPr>
              <w:t>Total SF</w:t>
            </w:r>
            <w:r w:rsidRPr="00540834">
              <w:rPr>
                <w:b/>
                <w:color w:val="FFFFFF"/>
                <w:sz w:val="22"/>
              </w:rPr>
              <w:br/>
              <w:t>8,550</w:t>
            </w:r>
          </w:p>
        </w:tc>
        <w:tc>
          <w:tcPr>
            <w:tcW w:w="214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B30000"/>
            <w:tcMar>
              <w:top w:w="45" w:type="dxa"/>
              <w:left w:w="55" w:type="dxa"/>
              <w:bottom w:w="4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/>
              <w:jc w:val="center"/>
              <w:rPr>
                <w:sz w:val="22"/>
              </w:rPr>
            </w:pPr>
            <w:r w:rsidRPr="00540834">
              <w:rPr>
                <w:b/>
                <w:color w:val="FFFFFF"/>
                <w:sz w:val="22"/>
              </w:rPr>
              <w:t>Deposits Listed</w:t>
            </w:r>
            <w:r w:rsidRPr="00540834">
              <w:rPr>
                <w:b/>
                <w:color w:val="FFFFFF"/>
                <w:sz w:val="22"/>
              </w:rPr>
              <w:br/>
              <w:t>$16,395</w:t>
            </w:r>
          </w:p>
        </w:tc>
      </w:tr>
    </w:tbl>
    <w:p w:rsidR="00F134E6" w:rsidRDefault="00F134E6">
      <w:pPr>
        <w:spacing w:after="40"/>
      </w:pPr>
    </w:p>
    <w:tbl>
      <w:tblPr>
        <w:tblW w:w="12240" w:type="dxa"/>
        <w:jc w:val="center"/>
        <w:tblLayout w:type="fixed"/>
        <w:tblLook w:val="04A0" w:firstRow="1" w:lastRow="0" w:firstColumn="1" w:lastColumn="0" w:noHBand="0" w:noVBand="1"/>
      </w:tblPr>
      <w:tblGrid>
        <w:gridCol w:w="490"/>
        <w:gridCol w:w="793"/>
        <w:gridCol w:w="692"/>
        <w:gridCol w:w="865"/>
        <w:gridCol w:w="807"/>
        <w:gridCol w:w="475"/>
        <w:gridCol w:w="835"/>
        <w:gridCol w:w="662"/>
        <w:gridCol w:w="907"/>
        <w:gridCol w:w="835"/>
        <w:gridCol w:w="878"/>
        <w:gridCol w:w="993"/>
        <w:gridCol w:w="993"/>
        <w:gridCol w:w="892"/>
        <w:gridCol w:w="1123"/>
      </w:tblGrid>
      <w:tr w:rsidR="00F134E6">
        <w:trPr>
          <w:trHeight w:val="316"/>
          <w:tblHeader/>
          <w:jc w:val="center"/>
        </w:trPr>
        <w:tc>
          <w:tcPr>
            <w:tcW w:w="489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Apt</w:t>
            </w:r>
            <w:r>
              <w:rPr>
                <w:b/>
                <w:color w:val="FFFFFF"/>
                <w:sz w:val="12"/>
              </w:rPr>
              <w:br/>
              <w:t>#</w:t>
            </w:r>
          </w:p>
        </w:tc>
        <w:tc>
          <w:tcPr>
            <w:tcW w:w="792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Floor</w:t>
            </w:r>
            <w:r>
              <w:rPr>
                <w:b/>
                <w:color w:val="FFFFFF"/>
                <w:sz w:val="12"/>
              </w:rPr>
              <w:br/>
              <w:t>Plan</w:t>
            </w:r>
          </w:p>
        </w:tc>
        <w:tc>
          <w:tcPr>
            <w:tcW w:w="691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SF</w:t>
            </w:r>
          </w:p>
        </w:tc>
        <w:tc>
          <w:tcPr>
            <w:tcW w:w="864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Rent</w:t>
            </w:r>
            <w:r>
              <w:rPr>
                <w:b/>
                <w:color w:val="FFFFFF"/>
                <w:sz w:val="12"/>
              </w:rPr>
              <w:br/>
              <w:t>Amount</w:t>
            </w:r>
          </w:p>
        </w:tc>
        <w:tc>
          <w:tcPr>
            <w:tcW w:w="806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Parking</w:t>
            </w:r>
            <w:r>
              <w:rPr>
                <w:b/>
                <w:color w:val="FFFFFF"/>
                <w:sz w:val="12"/>
              </w:rPr>
              <w:br/>
            </w:r>
            <w:r>
              <w:rPr>
                <w:b/>
                <w:color w:val="FFFFFF"/>
                <w:sz w:val="12"/>
              </w:rPr>
              <w:t>Rent</w:t>
            </w:r>
          </w:p>
        </w:tc>
        <w:tc>
          <w:tcPr>
            <w:tcW w:w="475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Pet</w:t>
            </w:r>
            <w:r>
              <w:rPr>
                <w:b/>
                <w:color w:val="FFFFFF"/>
                <w:sz w:val="12"/>
              </w:rPr>
              <w:br/>
              <w:t>Rent</w:t>
            </w:r>
          </w:p>
        </w:tc>
        <w:tc>
          <w:tcPr>
            <w:tcW w:w="835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z w:val="12"/>
              </w:rPr>
              <w:br/>
              <w:t>Rent</w:t>
            </w:r>
          </w:p>
        </w:tc>
        <w:tc>
          <w:tcPr>
            <w:tcW w:w="662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Rent</w:t>
            </w:r>
            <w:r>
              <w:rPr>
                <w:b/>
                <w:color w:val="FFFFFF"/>
                <w:sz w:val="12"/>
              </w:rPr>
              <w:br/>
              <w:t>PPSF</w:t>
            </w:r>
          </w:p>
        </w:tc>
        <w:tc>
          <w:tcPr>
            <w:tcW w:w="907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RUBS</w:t>
            </w:r>
            <w:r>
              <w:rPr>
                <w:b/>
                <w:color w:val="FFFFFF"/>
                <w:sz w:val="12"/>
              </w:rPr>
              <w:br/>
              <w:t>Income</w:t>
            </w:r>
          </w:p>
        </w:tc>
        <w:tc>
          <w:tcPr>
            <w:tcW w:w="835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Total</w:t>
            </w:r>
            <w:r>
              <w:rPr>
                <w:b/>
                <w:color w:val="FFFFFF"/>
                <w:sz w:val="12"/>
              </w:rPr>
              <w:br/>
              <w:t>PPSF</w:t>
            </w:r>
          </w:p>
        </w:tc>
        <w:tc>
          <w:tcPr>
            <w:tcW w:w="878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Move-In</w:t>
            </w:r>
            <w:r>
              <w:rPr>
                <w:b/>
                <w:color w:val="FFFFFF"/>
                <w:sz w:val="12"/>
              </w:rPr>
              <w:br/>
              <w:t>Date</w:t>
            </w:r>
          </w:p>
        </w:tc>
        <w:tc>
          <w:tcPr>
            <w:tcW w:w="993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Lease Start</w:t>
            </w:r>
            <w:r>
              <w:rPr>
                <w:b/>
                <w:color w:val="FFFFFF"/>
                <w:sz w:val="12"/>
              </w:rPr>
              <w:br/>
              <w:t>Date</w:t>
            </w:r>
          </w:p>
        </w:tc>
        <w:tc>
          <w:tcPr>
            <w:tcW w:w="993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Lease End</w:t>
            </w:r>
            <w:r>
              <w:rPr>
                <w:b/>
                <w:color w:val="FFFFFF"/>
                <w:sz w:val="12"/>
              </w:rPr>
              <w:br/>
              <w:t>Date</w:t>
            </w:r>
          </w:p>
        </w:tc>
        <w:tc>
          <w:tcPr>
            <w:tcW w:w="892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Deposit</w:t>
            </w:r>
            <w:r>
              <w:rPr>
                <w:b/>
                <w:color w:val="FFFFFF"/>
                <w:sz w:val="12"/>
              </w:rPr>
              <w:br/>
              <w:t>Amount</w:t>
            </w:r>
          </w:p>
        </w:tc>
        <w:tc>
          <w:tcPr>
            <w:tcW w:w="1123" w:type="dxa"/>
            <w:tcBorders>
              <w:top w:val="single" w:sz="4" w:space="0" w:color="8A0000"/>
              <w:left w:val="single" w:sz="4" w:space="0" w:color="8A0000"/>
              <w:bottom w:val="single" w:sz="4" w:space="0" w:color="8A0000"/>
              <w:right w:val="single" w:sz="4" w:space="0" w:color="8A0000"/>
            </w:tcBorders>
            <w:shd w:val="clear" w:color="auto" w:fill="B30000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2"/>
              </w:rPr>
              <w:t>Additional</w:t>
            </w:r>
            <w:r>
              <w:rPr>
                <w:b/>
                <w:color w:val="FFFFFF"/>
                <w:sz w:val="12"/>
              </w:rPr>
              <w:br/>
              <w:t>Notes</w:t>
            </w:r>
          </w:p>
        </w:tc>
      </w:tr>
      <w:tr w:rsidR="00F134E6">
        <w:trPr>
          <w:trHeight w:val="360"/>
          <w:jc w:val="center"/>
        </w:trPr>
        <w:tc>
          <w:tcPr>
            <w:tcW w:w="489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7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3-2 TH</w:t>
            </w:r>
          </w:p>
        </w:tc>
        <w:tc>
          <w:tcPr>
            <w:tcW w:w="691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1,525</w:t>
            </w:r>
          </w:p>
        </w:tc>
        <w:tc>
          <w:tcPr>
            <w:tcW w:w="864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jc w:val="center"/>
              <w:rPr>
                <w:b/>
              </w:rPr>
            </w:pPr>
            <w:r w:rsidRPr="00540834">
              <w:rPr>
                <w:b/>
                <w:color w:val="000000"/>
                <w:sz w:val="13"/>
              </w:rPr>
              <w:t>$2,845</w:t>
            </w:r>
          </w:p>
        </w:tc>
        <w:tc>
          <w:tcPr>
            <w:tcW w:w="806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$100</w:t>
            </w:r>
          </w:p>
        </w:tc>
        <w:tc>
          <w:tcPr>
            <w:tcW w:w="47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$2,945</w:t>
            </w:r>
          </w:p>
        </w:tc>
        <w:tc>
          <w:tcPr>
            <w:tcW w:w="66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$1.93</w:t>
            </w:r>
          </w:p>
        </w:tc>
        <w:tc>
          <w:tcPr>
            <w:tcW w:w="907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$120</w:t>
            </w: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$2.01</w:t>
            </w:r>
          </w:p>
        </w:tc>
        <w:tc>
          <w:tcPr>
            <w:tcW w:w="878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04/16/2026</w:t>
            </w: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04/15/2027</w:t>
            </w:r>
          </w:p>
        </w:tc>
        <w:tc>
          <w:tcPr>
            <w:tcW w:w="8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$2,500</w:t>
            </w:r>
          </w:p>
        </w:tc>
        <w:tc>
          <w:tcPr>
            <w:tcW w:w="112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Pr="0073319C" w:rsidRDefault="00AC3E24">
            <w:pPr>
              <w:spacing w:after="0" w:line="240" w:lineRule="auto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73319C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Larger Residence</w:t>
            </w:r>
          </w:p>
        </w:tc>
      </w:tr>
      <w:tr w:rsidR="00F134E6">
        <w:trPr>
          <w:trHeight w:val="316"/>
          <w:jc w:val="center"/>
        </w:trPr>
        <w:tc>
          <w:tcPr>
            <w:tcW w:w="489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7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3-2 TH</w:t>
            </w:r>
          </w:p>
        </w:tc>
        <w:tc>
          <w:tcPr>
            <w:tcW w:w="691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1,400</w:t>
            </w:r>
          </w:p>
        </w:tc>
        <w:tc>
          <w:tcPr>
            <w:tcW w:w="864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jc w:val="center"/>
              <w:rPr>
                <w:b/>
              </w:rPr>
            </w:pPr>
            <w:r w:rsidRPr="00540834">
              <w:rPr>
                <w:b/>
                <w:color w:val="000000"/>
                <w:sz w:val="13"/>
              </w:rPr>
              <w:t>$2,795</w:t>
            </w:r>
          </w:p>
        </w:tc>
        <w:tc>
          <w:tcPr>
            <w:tcW w:w="806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$120</w:t>
            </w:r>
          </w:p>
        </w:tc>
        <w:tc>
          <w:tcPr>
            <w:tcW w:w="47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$2,915</w:t>
            </w:r>
          </w:p>
        </w:tc>
        <w:tc>
          <w:tcPr>
            <w:tcW w:w="66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$2.08</w:t>
            </w:r>
          </w:p>
        </w:tc>
        <w:tc>
          <w:tcPr>
            <w:tcW w:w="907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$150</w:t>
            </w: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$2.19</w:t>
            </w:r>
          </w:p>
        </w:tc>
        <w:tc>
          <w:tcPr>
            <w:tcW w:w="878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07/10/2026</w:t>
            </w: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07/09/2027</w:t>
            </w:r>
          </w:p>
        </w:tc>
        <w:tc>
          <w:tcPr>
            <w:tcW w:w="8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$2,400</w:t>
            </w:r>
          </w:p>
        </w:tc>
        <w:tc>
          <w:tcPr>
            <w:tcW w:w="112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</w:pPr>
          </w:p>
        </w:tc>
      </w:tr>
      <w:tr w:rsidR="00F134E6">
        <w:trPr>
          <w:trHeight w:val="316"/>
          <w:jc w:val="center"/>
        </w:trPr>
        <w:tc>
          <w:tcPr>
            <w:tcW w:w="489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7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3-2 TH</w:t>
            </w:r>
          </w:p>
        </w:tc>
        <w:tc>
          <w:tcPr>
            <w:tcW w:w="691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1,400</w:t>
            </w:r>
          </w:p>
        </w:tc>
        <w:tc>
          <w:tcPr>
            <w:tcW w:w="864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jc w:val="center"/>
              <w:rPr>
                <w:b/>
              </w:rPr>
            </w:pPr>
            <w:r w:rsidRPr="00540834">
              <w:rPr>
                <w:b/>
                <w:color w:val="000000"/>
                <w:sz w:val="13"/>
              </w:rPr>
              <w:t>$2,781</w:t>
            </w:r>
          </w:p>
        </w:tc>
        <w:tc>
          <w:tcPr>
            <w:tcW w:w="806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47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$2,781</w:t>
            </w:r>
          </w:p>
        </w:tc>
        <w:tc>
          <w:tcPr>
            <w:tcW w:w="66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$1.99</w:t>
            </w:r>
          </w:p>
        </w:tc>
        <w:tc>
          <w:tcPr>
            <w:tcW w:w="907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$0</w:t>
            </w: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$1.99</w:t>
            </w:r>
          </w:p>
        </w:tc>
        <w:tc>
          <w:tcPr>
            <w:tcW w:w="878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07/21/2024</w:t>
            </w: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02/01/2026</w:t>
            </w: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01/31/2027</w:t>
            </w:r>
          </w:p>
        </w:tc>
        <w:tc>
          <w:tcPr>
            <w:tcW w:w="8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$2,700</w:t>
            </w:r>
          </w:p>
        </w:tc>
        <w:tc>
          <w:tcPr>
            <w:tcW w:w="112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Pr="0073319C" w:rsidRDefault="00540834">
            <w:pPr>
              <w:spacing w:after="0" w:line="240" w:lineRule="auto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73319C">
              <w:rPr>
                <w:rFonts w:asciiTheme="majorHAnsi" w:hAnsiTheme="majorHAnsi" w:cstheme="majorHAnsi"/>
                <w:b/>
                <w:sz w:val="16"/>
                <w:szCs w:val="16"/>
              </w:rPr>
              <w:t>Section 8</w:t>
            </w:r>
          </w:p>
        </w:tc>
      </w:tr>
      <w:tr w:rsidR="00F134E6">
        <w:trPr>
          <w:trHeight w:val="316"/>
          <w:jc w:val="center"/>
        </w:trPr>
        <w:tc>
          <w:tcPr>
            <w:tcW w:w="489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7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3-2 TH</w:t>
            </w:r>
          </w:p>
        </w:tc>
        <w:tc>
          <w:tcPr>
            <w:tcW w:w="691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1,400</w:t>
            </w:r>
          </w:p>
        </w:tc>
        <w:tc>
          <w:tcPr>
            <w:tcW w:w="864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jc w:val="center"/>
              <w:rPr>
                <w:b/>
              </w:rPr>
            </w:pPr>
            <w:r w:rsidRPr="00540834">
              <w:rPr>
                <w:b/>
                <w:color w:val="000000"/>
                <w:sz w:val="13"/>
              </w:rPr>
              <w:t>$2,795</w:t>
            </w:r>
          </w:p>
        </w:tc>
        <w:tc>
          <w:tcPr>
            <w:tcW w:w="806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$145</w:t>
            </w:r>
          </w:p>
        </w:tc>
        <w:tc>
          <w:tcPr>
            <w:tcW w:w="47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$2,940</w:t>
            </w:r>
          </w:p>
        </w:tc>
        <w:tc>
          <w:tcPr>
            <w:tcW w:w="66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$2.10</w:t>
            </w:r>
          </w:p>
        </w:tc>
        <w:tc>
          <w:tcPr>
            <w:tcW w:w="907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$180</w:t>
            </w: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$2.23</w:t>
            </w:r>
          </w:p>
        </w:tc>
        <w:tc>
          <w:tcPr>
            <w:tcW w:w="878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04/28/2026</w:t>
            </w: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04/27/2027</w:t>
            </w:r>
          </w:p>
        </w:tc>
        <w:tc>
          <w:tcPr>
            <w:tcW w:w="8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$2,700</w:t>
            </w:r>
          </w:p>
        </w:tc>
        <w:tc>
          <w:tcPr>
            <w:tcW w:w="112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</w:pPr>
          </w:p>
        </w:tc>
      </w:tr>
      <w:tr w:rsidR="00F134E6">
        <w:trPr>
          <w:trHeight w:val="316"/>
          <w:jc w:val="center"/>
        </w:trPr>
        <w:tc>
          <w:tcPr>
            <w:tcW w:w="489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7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3-2 TH</w:t>
            </w:r>
          </w:p>
        </w:tc>
        <w:tc>
          <w:tcPr>
            <w:tcW w:w="691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1,400</w:t>
            </w:r>
          </w:p>
        </w:tc>
        <w:tc>
          <w:tcPr>
            <w:tcW w:w="864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jc w:val="center"/>
              <w:rPr>
                <w:b/>
              </w:rPr>
            </w:pPr>
            <w:r w:rsidRPr="00540834">
              <w:rPr>
                <w:b/>
                <w:color w:val="000000"/>
                <w:sz w:val="13"/>
              </w:rPr>
              <w:t>$2,845</w:t>
            </w:r>
          </w:p>
        </w:tc>
        <w:tc>
          <w:tcPr>
            <w:tcW w:w="806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$100</w:t>
            </w:r>
          </w:p>
        </w:tc>
        <w:tc>
          <w:tcPr>
            <w:tcW w:w="47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$50</w:t>
            </w: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$2,995</w:t>
            </w:r>
          </w:p>
        </w:tc>
        <w:tc>
          <w:tcPr>
            <w:tcW w:w="66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$2.14</w:t>
            </w:r>
          </w:p>
        </w:tc>
        <w:tc>
          <w:tcPr>
            <w:tcW w:w="907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$120</w:t>
            </w: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$2.23</w:t>
            </w:r>
          </w:p>
        </w:tc>
        <w:tc>
          <w:tcPr>
            <w:tcW w:w="878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06/17/2018</w:t>
            </w: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06/17/2026</w:t>
            </w: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06/16/2027</w:t>
            </w:r>
          </w:p>
        </w:tc>
        <w:tc>
          <w:tcPr>
            <w:tcW w:w="8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$2,995</w:t>
            </w:r>
          </w:p>
        </w:tc>
        <w:tc>
          <w:tcPr>
            <w:tcW w:w="112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FFFF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</w:pPr>
          </w:p>
        </w:tc>
      </w:tr>
      <w:tr w:rsidR="00F134E6">
        <w:trPr>
          <w:trHeight w:val="360"/>
          <w:jc w:val="center"/>
        </w:trPr>
        <w:tc>
          <w:tcPr>
            <w:tcW w:w="489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7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3-2 Flat</w:t>
            </w:r>
          </w:p>
        </w:tc>
        <w:tc>
          <w:tcPr>
            <w:tcW w:w="691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1,425</w:t>
            </w:r>
          </w:p>
        </w:tc>
        <w:tc>
          <w:tcPr>
            <w:tcW w:w="864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jc w:val="center"/>
              <w:rPr>
                <w:b/>
              </w:rPr>
            </w:pPr>
            <w:r w:rsidRPr="00540834">
              <w:rPr>
                <w:b/>
                <w:color w:val="000000"/>
                <w:sz w:val="13"/>
              </w:rPr>
              <w:t>$3,125</w:t>
            </w:r>
          </w:p>
        </w:tc>
        <w:tc>
          <w:tcPr>
            <w:tcW w:w="806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47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$3,125</w:t>
            </w:r>
          </w:p>
        </w:tc>
        <w:tc>
          <w:tcPr>
            <w:tcW w:w="66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$2.19</w:t>
            </w:r>
          </w:p>
        </w:tc>
        <w:tc>
          <w:tcPr>
            <w:tcW w:w="907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$0</w:t>
            </w:r>
          </w:p>
        </w:tc>
        <w:tc>
          <w:tcPr>
            <w:tcW w:w="835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$2.19</w:t>
            </w:r>
          </w:p>
        </w:tc>
        <w:tc>
          <w:tcPr>
            <w:tcW w:w="878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04/15/2024</w:t>
            </w: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02/01/2026</w:t>
            </w:r>
          </w:p>
        </w:tc>
        <w:tc>
          <w:tcPr>
            <w:tcW w:w="99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01/31/2027</w:t>
            </w:r>
          </w:p>
        </w:tc>
        <w:tc>
          <w:tcPr>
            <w:tcW w:w="892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color w:val="000000"/>
                <w:sz w:val="13"/>
              </w:rPr>
              <w:t>$3,100</w:t>
            </w:r>
          </w:p>
        </w:tc>
        <w:tc>
          <w:tcPr>
            <w:tcW w:w="1123" w:type="dxa"/>
            <w:tcBorders>
              <w:top w:val="single" w:sz="4" w:space="0" w:color="D6D6D6"/>
              <w:left w:val="single" w:sz="4" w:space="0" w:color="D6D6D6"/>
              <w:bottom w:val="single" w:sz="4" w:space="0" w:color="D6D6D6"/>
              <w:right w:val="single" w:sz="4" w:space="0" w:color="D6D6D6"/>
            </w:tcBorders>
            <w:shd w:val="clear" w:color="auto" w:fill="F7F7F7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Pr="0073319C" w:rsidRDefault="00AC3E24" w:rsidP="0073319C">
            <w:pPr>
              <w:spacing w:after="0" w:line="240" w:lineRule="auto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73319C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One Story above </w:t>
            </w:r>
            <w:r w:rsidR="0073319C" w:rsidRPr="0073319C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carports</w:t>
            </w:r>
          </w:p>
        </w:tc>
      </w:tr>
      <w:tr w:rsidR="00F134E6">
        <w:trPr>
          <w:trHeight w:val="316"/>
          <w:jc w:val="center"/>
        </w:trPr>
        <w:tc>
          <w:tcPr>
            <w:tcW w:w="4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Totals</w:t>
            </w:r>
          </w:p>
        </w:tc>
        <w:tc>
          <w:tcPr>
            <w:tcW w:w="7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69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t>8,550</w:t>
            </w:r>
          </w:p>
        </w:tc>
        <w:tc>
          <w:tcPr>
            <w:tcW w:w="8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jc w:val="center"/>
              <w:rPr>
                <w:b/>
              </w:rPr>
            </w:pPr>
            <w:r w:rsidRPr="00540834">
              <w:rPr>
                <w:b/>
                <w:color w:val="000000"/>
                <w:sz w:val="13"/>
              </w:rPr>
              <w:t>$17,186</w:t>
            </w:r>
          </w:p>
        </w:tc>
        <w:tc>
          <w:tcPr>
            <w:tcW w:w="8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$465</w:t>
            </w:r>
          </w:p>
        </w:tc>
        <w:tc>
          <w:tcPr>
            <w:tcW w:w="47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$50</w:t>
            </w:r>
          </w:p>
        </w:tc>
        <w:tc>
          <w:tcPr>
            <w:tcW w:w="8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$17,701</w:t>
            </w:r>
          </w:p>
        </w:tc>
        <w:tc>
          <w:tcPr>
            <w:tcW w:w="6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</w:rPr>
              <w:t>$2.07</w:t>
            </w:r>
          </w:p>
        </w:tc>
        <w:tc>
          <w:tcPr>
            <w:tcW w:w="9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$570</w:t>
            </w:r>
          </w:p>
        </w:tc>
        <w:tc>
          <w:tcPr>
            <w:tcW w:w="83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5"/>
              </w:rPr>
              <w:t>$2.14</w:t>
            </w:r>
          </w:p>
        </w:tc>
        <w:tc>
          <w:tcPr>
            <w:tcW w:w="8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  <w:jc w:val="center"/>
            </w:pPr>
          </w:p>
        </w:tc>
        <w:tc>
          <w:tcPr>
            <w:tcW w:w="8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AC3E24">
            <w:pPr>
              <w:spacing w:after="0" w:line="240" w:lineRule="auto"/>
              <w:jc w:val="center"/>
            </w:pPr>
            <w:r>
              <w:rPr>
                <w:b/>
                <w:color w:val="000000"/>
                <w:sz w:val="13"/>
              </w:rPr>
              <w:t>$16,395</w:t>
            </w:r>
          </w:p>
        </w:tc>
        <w:tc>
          <w:tcPr>
            <w:tcW w:w="11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EFEFEF"/>
            <w:tcMar>
              <w:top w:w="25" w:type="dxa"/>
              <w:left w:w="25" w:type="dxa"/>
              <w:bottom w:w="25" w:type="dxa"/>
              <w:right w:w="25" w:type="dxa"/>
            </w:tcMar>
            <w:vAlign w:val="center"/>
          </w:tcPr>
          <w:p w:rsidR="00F134E6" w:rsidRDefault="00F134E6">
            <w:pPr>
              <w:spacing w:after="0" w:line="240" w:lineRule="auto"/>
            </w:pPr>
          </w:p>
        </w:tc>
      </w:tr>
    </w:tbl>
    <w:p w:rsidR="00F134E6" w:rsidRDefault="00AC3E24">
      <w:pPr>
        <w:spacing w:after="60"/>
        <w:jc w:val="right"/>
      </w:pPr>
      <w:r>
        <w:rPr>
          <w:i/>
          <w:sz w:val="11"/>
        </w:rPr>
        <w:t>Total Rent = rent amount + parking rent + pet rent. Rent PPSF = Total Rent / SF. Total PPSF = (Total Rent + RUBS Income) / SF. Annual estimates are monthly figures x 12; all RUBS and square footages to be verified.</w:t>
      </w:r>
    </w:p>
    <w:p w:rsidR="00F134E6" w:rsidRDefault="00AC3E24">
      <w:pPr>
        <w:spacing w:before="40" w:after="60"/>
      </w:pPr>
      <w:r>
        <w:rPr>
          <w:b/>
          <w:color w:val="000000"/>
          <w:sz w:val="20"/>
        </w:rPr>
        <w:t xml:space="preserve">Summary / Additional </w:t>
      </w:r>
      <w:r>
        <w:rPr>
          <w:b/>
          <w:color w:val="000000"/>
          <w:sz w:val="20"/>
        </w:rPr>
        <w:t>Information</w:t>
      </w:r>
    </w:p>
    <w:tbl>
      <w:tblPr>
        <w:tblW w:w="14400" w:type="dxa"/>
        <w:jc w:val="center"/>
        <w:tblLayout w:type="fixed"/>
        <w:tblLook w:val="04A0" w:firstRow="1" w:lastRow="0" w:firstColumn="1" w:lastColumn="0" w:noHBand="0" w:noVBand="1"/>
      </w:tblPr>
      <w:tblGrid>
        <w:gridCol w:w="3528"/>
        <w:gridCol w:w="3528"/>
        <w:gridCol w:w="3672"/>
        <w:gridCol w:w="3672"/>
      </w:tblGrid>
      <w:tr w:rsidR="00F134E6">
        <w:trPr>
          <w:trHeight w:val="360"/>
          <w:jc w:val="center"/>
        </w:trPr>
        <w:tc>
          <w:tcPr>
            <w:tcW w:w="3528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AC3E24">
            <w:pPr>
              <w:spacing w:after="0" w:line="240" w:lineRule="auto"/>
            </w:pPr>
            <w:r>
              <w:rPr>
                <w:b/>
                <w:color w:val="000000"/>
                <w:sz w:val="15"/>
              </w:rPr>
              <w:t>Base Rent Total</w:t>
            </w:r>
          </w:p>
        </w:tc>
        <w:tc>
          <w:tcPr>
            <w:tcW w:w="3528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rPr>
                <w:b/>
                <w:sz w:val="22"/>
              </w:rPr>
            </w:pPr>
            <w:r w:rsidRPr="00540834">
              <w:rPr>
                <w:b/>
                <w:color w:val="B30000"/>
                <w:sz w:val="22"/>
              </w:rPr>
              <w:t>$17,186</w:t>
            </w:r>
          </w:p>
        </w:tc>
        <w:tc>
          <w:tcPr>
            <w:tcW w:w="3671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AC3E24">
            <w:pPr>
              <w:spacing w:after="0" w:line="240" w:lineRule="auto"/>
            </w:pPr>
            <w:r>
              <w:rPr>
                <w:b/>
                <w:color w:val="000000"/>
                <w:sz w:val="15"/>
              </w:rPr>
              <w:t>Annual Scheduled Rent</w:t>
            </w:r>
          </w:p>
        </w:tc>
        <w:tc>
          <w:tcPr>
            <w:tcW w:w="3671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rPr>
                <w:b/>
                <w:sz w:val="22"/>
              </w:rPr>
            </w:pPr>
            <w:r w:rsidRPr="00540834">
              <w:rPr>
                <w:b/>
                <w:color w:val="B30000"/>
                <w:sz w:val="22"/>
              </w:rPr>
              <w:t>$212,412</w:t>
            </w:r>
          </w:p>
        </w:tc>
      </w:tr>
      <w:tr w:rsidR="00F134E6">
        <w:trPr>
          <w:trHeight w:val="360"/>
          <w:jc w:val="center"/>
        </w:trPr>
        <w:tc>
          <w:tcPr>
            <w:tcW w:w="3528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AC3E24">
            <w:pPr>
              <w:spacing w:after="0" w:line="240" w:lineRule="auto"/>
            </w:pPr>
            <w:r>
              <w:rPr>
                <w:b/>
                <w:color w:val="000000"/>
                <w:sz w:val="15"/>
              </w:rPr>
              <w:t>Pet Rent Total</w:t>
            </w:r>
          </w:p>
        </w:tc>
        <w:tc>
          <w:tcPr>
            <w:tcW w:w="3528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rPr>
                <w:b/>
                <w:sz w:val="22"/>
              </w:rPr>
            </w:pPr>
            <w:r w:rsidRPr="00540834">
              <w:rPr>
                <w:b/>
                <w:color w:val="B30000"/>
                <w:sz w:val="22"/>
              </w:rPr>
              <w:t>$50</w:t>
            </w:r>
          </w:p>
        </w:tc>
        <w:tc>
          <w:tcPr>
            <w:tcW w:w="3671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AC3E24">
            <w:pPr>
              <w:spacing w:after="0" w:line="240" w:lineRule="auto"/>
            </w:pPr>
            <w:r>
              <w:rPr>
                <w:b/>
                <w:color w:val="000000"/>
                <w:sz w:val="15"/>
              </w:rPr>
              <w:t>Monthly Scheduled Rent</w:t>
            </w:r>
          </w:p>
        </w:tc>
        <w:tc>
          <w:tcPr>
            <w:tcW w:w="3671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rPr>
                <w:b/>
                <w:sz w:val="22"/>
              </w:rPr>
            </w:pPr>
            <w:r w:rsidRPr="00540834">
              <w:rPr>
                <w:b/>
                <w:color w:val="B30000"/>
                <w:sz w:val="22"/>
              </w:rPr>
              <w:t>$17,701</w:t>
            </w:r>
          </w:p>
        </w:tc>
      </w:tr>
      <w:tr w:rsidR="00F134E6">
        <w:trPr>
          <w:trHeight w:val="360"/>
          <w:jc w:val="center"/>
        </w:trPr>
        <w:tc>
          <w:tcPr>
            <w:tcW w:w="3528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AC3E24">
            <w:pPr>
              <w:spacing w:after="0" w:line="240" w:lineRule="auto"/>
            </w:pPr>
            <w:r>
              <w:rPr>
                <w:b/>
                <w:color w:val="000000"/>
                <w:sz w:val="15"/>
              </w:rPr>
              <w:t>Parking Rent Total</w:t>
            </w:r>
          </w:p>
        </w:tc>
        <w:tc>
          <w:tcPr>
            <w:tcW w:w="3528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rPr>
                <w:b/>
                <w:sz w:val="22"/>
              </w:rPr>
            </w:pPr>
            <w:r w:rsidRPr="00540834">
              <w:rPr>
                <w:b/>
                <w:color w:val="B30000"/>
                <w:sz w:val="22"/>
              </w:rPr>
              <w:t>$465</w:t>
            </w:r>
          </w:p>
        </w:tc>
        <w:tc>
          <w:tcPr>
            <w:tcW w:w="3671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AC3E24">
            <w:pPr>
              <w:spacing w:after="0" w:line="240" w:lineRule="auto"/>
            </w:pPr>
            <w:r>
              <w:rPr>
                <w:b/>
                <w:color w:val="000000"/>
                <w:sz w:val="15"/>
              </w:rPr>
              <w:t>Avg. Total PPSF</w:t>
            </w:r>
          </w:p>
        </w:tc>
        <w:tc>
          <w:tcPr>
            <w:tcW w:w="3671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rPr>
                <w:b/>
                <w:sz w:val="22"/>
              </w:rPr>
            </w:pPr>
            <w:r w:rsidRPr="00540834">
              <w:rPr>
                <w:b/>
                <w:color w:val="B30000"/>
                <w:sz w:val="22"/>
              </w:rPr>
              <w:t>$2.14</w:t>
            </w:r>
          </w:p>
        </w:tc>
      </w:tr>
      <w:tr w:rsidR="00F134E6">
        <w:trPr>
          <w:trHeight w:val="360"/>
          <w:jc w:val="center"/>
        </w:trPr>
        <w:tc>
          <w:tcPr>
            <w:tcW w:w="3528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AC3E24">
            <w:pPr>
              <w:spacing w:after="0" w:line="240" w:lineRule="auto"/>
            </w:pPr>
            <w:r>
              <w:rPr>
                <w:b/>
                <w:color w:val="000000"/>
                <w:sz w:val="15"/>
              </w:rPr>
              <w:t xml:space="preserve">RUBS </w:t>
            </w:r>
            <w:r w:rsidR="00540834">
              <w:rPr>
                <w:b/>
                <w:color w:val="000000"/>
                <w:sz w:val="15"/>
              </w:rPr>
              <w:t xml:space="preserve">Monthly </w:t>
            </w:r>
            <w:r>
              <w:rPr>
                <w:b/>
                <w:color w:val="000000"/>
                <w:sz w:val="15"/>
              </w:rPr>
              <w:t xml:space="preserve">Income </w:t>
            </w:r>
            <w:r w:rsidR="00540834">
              <w:rPr>
                <w:b/>
                <w:color w:val="000000"/>
                <w:sz w:val="15"/>
              </w:rPr>
              <w:t xml:space="preserve">Estimated </w:t>
            </w:r>
            <w:r>
              <w:rPr>
                <w:b/>
                <w:color w:val="000000"/>
                <w:sz w:val="15"/>
              </w:rPr>
              <w:t>Total</w:t>
            </w:r>
          </w:p>
        </w:tc>
        <w:tc>
          <w:tcPr>
            <w:tcW w:w="3528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rPr>
                <w:b/>
                <w:sz w:val="22"/>
              </w:rPr>
            </w:pPr>
            <w:r w:rsidRPr="00540834">
              <w:rPr>
                <w:b/>
                <w:color w:val="B30000"/>
                <w:sz w:val="22"/>
              </w:rPr>
              <w:t>$570</w:t>
            </w:r>
          </w:p>
        </w:tc>
        <w:tc>
          <w:tcPr>
            <w:tcW w:w="3671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AC3E24">
            <w:pPr>
              <w:spacing w:after="0" w:line="240" w:lineRule="auto"/>
            </w:pPr>
            <w:r>
              <w:rPr>
                <w:b/>
                <w:color w:val="000000"/>
                <w:sz w:val="15"/>
              </w:rPr>
              <w:t>Occupancy</w:t>
            </w:r>
          </w:p>
        </w:tc>
        <w:tc>
          <w:tcPr>
            <w:tcW w:w="3671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rPr>
                <w:b/>
                <w:sz w:val="22"/>
              </w:rPr>
            </w:pPr>
            <w:r w:rsidRPr="00540834">
              <w:rPr>
                <w:b/>
                <w:color w:val="000000"/>
                <w:sz w:val="22"/>
              </w:rPr>
              <w:t>100%</w:t>
            </w:r>
          </w:p>
        </w:tc>
      </w:tr>
      <w:tr w:rsidR="00F134E6">
        <w:trPr>
          <w:trHeight w:val="360"/>
          <w:jc w:val="center"/>
        </w:trPr>
        <w:tc>
          <w:tcPr>
            <w:tcW w:w="3528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AC3E24">
            <w:pPr>
              <w:spacing w:after="0" w:line="240" w:lineRule="auto"/>
            </w:pPr>
            <w:r>
              <w:rPr>
                <w:b/>
                <w:color w:val="000000"/>
                <w:sz w:val="15"/>
              </w:rPr>
              <w:t>Annual RUBS Income Estimate</w:t>
            </w:r>
          </w:p>
        </w:tc>
        <w:tc>
          <w:tcPr>
            <w:tcW w:w="3528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rPr>
                <w:b/>
                <w:sz w:val="22"/>
              </w:rPr>
            </w:pPr>
            <w:r w:rsidRPr="00540834">
              <w:rPr>
                <w:b/>
                <w:color w:val="B30000"/>
                <w:sz w:val="22"/>
              </w:rPr>
              <w:t>$6,840</w:t>
            </w:r>
          </w:p>
        </w:tc>
        <w:tc>
          <w:tcPr>
            <w:tcW w:w="3671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AC3E24">
            <w:pPr>
              <w:spacing w:after="0" w:line="240" w:lineRule="auto"/>
            </w:pPr>
            <w:r>
              <w:rPr>
                <w:b/>
                <w:color w:val="000000"/>
                <w:sz w:val="15"/>
              </w:rPr>
              <w:t xml:space="preserve">Total Scheduled </w:t>
            </w:r>
            <w:r>
              <w:rPr>
                <w:b/>
                <w:color w:val="000000"/>
                <w:sz w:val="15"/>
              </w:rPr>
              <w:t>Annual Income Estimate</w:t>
            </w:r>
          </w:p>
        </w:tc>
        <w:tc>
          <w:tcPr>
            <w:tcW w:w="3671" w:type="dxa"/>
            <w:tcBorders>
              <w:top w:val="single" w:sz="5" w:space="0" w:color="D0D0D0"/>
              <w:left w:val="single" w:sz="5" w:space="0" w:color="D0D0D0"/>
              <w:bottom w:val="single" w:sz="5" w:space="0" w:color="D0D0D0"/>
              <w:right w:val="single" w:sz="5" w:space="0" w:color="D0D0D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540834" w:rsidRDefault="00AC3E24">
            <w:pPr>
              <w:spacing w:after="0" w:line="240" w:lineRule="auto"/>
              <w:rPr>
                <w:b/>
                <w:sz w:val="22"/>
              </w:rPr>
            </w:pPr>
            <w:r w:rsidRPr="00540834">
              <w:rPr>
                <w:b/>
                <w:color w:val="B30000"/>
                <w:sz w:val="22"/>
              </w:rPr>
              <w:t>$219,252</w:t>
            </w:r>
          </w:p>
        </w:tc>
      </w:tr>
      <w:tr w:rsidR="00F134E6">
        <w:trPr>
          <w:trHeight w:val="360"/>
          <w:jc w:val="center"/>
        </w:trPr>
        <w:tc>
          <w:tcPr>
            <w:tcW w:w="3528" w:type="dxa"/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AC3E24">
            <w:pPr>
              <w:spacing w:after="0"/>
            </w:pPr>
            <w:r>
              <w:rPr>
                <w:b/>
                <w:color w:val="000000"/>
                <w:sz w:val="15"/>
              </w:rPr>
              <w:t>Comments</w:t>
            </w:r>
          </w:p>
        </w:tc>
        <w:tc>
          <w:tcPr>
            <w:tcW w:w="3528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540834" w:rsidRDefault="00AC3E24" w:rsidP="0073319C">
            <w:pPr>
              <w:spacing w:after="0"/>
              <w:rPr>
                <w:b/>
              </w:rPr>
            </w:pPr>
            <w:r w:rsidRPr="00540834">
              <w:rPr>
                <w:b/>
                <w:color w:val="000000"/>
                <w:sz w:val="15"/>
              </w:rPr>
              <w:t xml:space="preserve">Data to be verified </w:t>
            </w:r>
            <w:r w:rsidRPr="00540834">
              <w:rPr>
                <w:b/>
                <w:color w:val="000000"/>
                <w:sz w:val="15"/>
              </w:rPr>
              <w:t>by Buyer. Agents not responsible for any potential discrepancies.</w:t>
            </w:r>
          </w:p>
        </w:tc>
        <w:tc>
          <w:tcPr>
            <w:tcW w:w="3671" w:type="dxa"/>
            <w:shd w:val="clear" w:color="auto" w:fill="EDEDED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Default="00540834" w:rsidP="00540834">
            <w:pPr>
              <w:spacing w:after="0"/>
            </w:pPr>
            <w:r>
              <w:rPr>
                <w:b/>
                <w:color w:val="000000"/>
                <w:sz w:val="15"/>
              </w:rPr>
              <w:t xml:space="preserve">Information Compiled by Robyn Wonnell for </w:t>
            </w:r>
          </w:p>
        </w:tc>
        <w:tc>
          <w:tcPr>
            <w:tcW w:w="3671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134E6" w:rsidRPr="00247E6E" w:rsidRDefault="00247E6E" w:rsidP="00247E6E">
            <w:pPr>
              <w:spacing w:after="0"/>
              <w:rPr>
                <w:b/>
              </w:rPr>
            </w:pPr>
            <w:r>
              <w:rPr>
                <w:b/>
                <w:color w:val="000000"/>
                <w:sz w:val="15"/>
              </w:rPr>
              <w:t>Sales</w:t>
            </w:r>
            <w:r w:rsidR="00540834" w:rsidRPr="00247E6E">
              <w:rPr>
                <w:b/>
                <w:color w:val="000000"/>
                <w:sz w:val="15"/>
              </w:rPr>
              <w:t xml:space="preserve"> </w:t>
            </w:r>
            <w:r w:rsidR="0073319C" w:rsidRPr="00247E6E">
              <w:rPr>
                <w:b/>
                <w:color w:val="000000"/>
                <w:sz w:val="15"/>
              </w:rPr>
              <w:t xml:space="preserve">and Purchase </w:t>
            </w:r>
            <w:r>
              <w:rPr>
                <w:b/>
                <w:color w:val="000000"/>
                <w:sz w:val="15"/>
              </w:rPr>
              <w:t>Assistance</w:t>
            </w:r>
          </w:p>
        </w:tc>
      </w:tr>
    </w:tbl>
    <w:p w:rsidR="00AC3E24" w:rsidRDefault="00AC3E24">
      <w:bookmarkStart w:id="0" w:name="_GoBack"/>
      <w:bookmarkEnd w:id="0"/>
    </w:p>
    <w:sectPr w:rsidR="00AC3E24" w:rsidSect="00034616">
      <w:footerReference w:type="default" r:id="rId9"/>
      <w:pgSz w:w="15840" w:h="12240" w:orient="landscape"/>
      <w:pgMar w:top="504" w:right="504" w:bottom="504" w:left="504" w:header="216" w:footer="1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E24" w:rsidRDefault="00AC3E24">
      <w:pPr>
        <w:spacing w:after="0" w:line="240" w:lineRule="auto"/>
      </w:pPr>
      <w:r>
        <w:separator/>
      </w:r>
    </w:p>
  </w:endnote>
  <w:endnote w:type="continuationSeparator" w:id="0">
    <w:p w:rsidR="00AC3E24" w:rsidRDefault="00AC3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4E6" w:rsidRDefault="00AC3E24">
    <w:pPr>
      <w:pStyle w:val="Footer"/>
      <w:jc w:val="center"/>
    </w:pPr>
    <w:r>
      <w:rPr>
        <w:color w:val="4F4F4F"/>
        <w:sz w:val="13"/>
      </w:rPr>
      <w:t>Rent Roll Template | For internal review and property management use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E24" w:rsidRDefault="00AC3E24">
      <w:pPr>
        <w:spacing w:after="0" w:line="240" w:lineRule="auto"/>
      </w:pPr>
      <w:r>
        <w:separator/>
      </w:r>
    </w:p>
  </w:footnote>
  <w:footnote w:type="continuationSeparator" w:id="0">
    <w:p w:rsidR="00AC3E24" w:rsidRDefault="00AC3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47E6E"/>
    <w:rsid w:val="0029639D"/>
    <w:rsid w:val="00326F90"/>
    <w:rsid w:val="00540834"/>
    <w:rsid w:val="0073319C"/>
    <w:rsid w:val="00AA1D8D"/>
    <w:rsid w:val="00AC3E24"/>
    <w:rsid w:val="00B47730"/>
    <w:rsid w:val="00CB0664"/>
    <w:rsid w:val="00F134E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eastAsia="Arial" w:hAnsi="Arial"/>
      <w:sz w:val="1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eastAsia="Arial" w:hAnsi="Arial"/>
      <w:sz w:val="1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1582214-6C13-4709-9651-4D383428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Robyn</dc:creator>
  <dc:description>generated by python-docx</dc:description>
  <cp:lastModifiedBy>Robyn</cp:lastModifiedBy>
  <cp:revision>2</cp:revision>
  <dcterms:created xsi:type="dcterms:W3CDTF">2026-07-14T19:20:00Z</dcterms:created>
  <dcterms:modified xsi:type="dcterms:W3CDTF">2026-07-14T19:20:00Z</dcterms:modified>
</cp:coreProperties>
</file>