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B77A0" w14:textId="77777777" w:rsidR="00AF3B70" w:rsidRDefault="006A2EF4">
      <w:pPr>
        <w:pStyle w:val="Title"/>
        <w:jc w:val="center"/>
      </w:pPr>
      <w:r>
        <w:t>FOR SALE</w:t>
      </w:r>
      <w:r>
        <w:br/>
        <w:t>4422 N Hale Avenue</w:t>
      </w:r>
      <w:r>
        <w:br/>
        <w:t>Tampa, FL 33614</w:t>
      </w:r>
    </w:p>
    <w:p w14:paraId="413919D4" w14:textId="02EEBE42" w:rsidR="00AF3B70" w:rsidRDefault="006A2EF4">
      <w:r>
        <w:rPr>
          <w:b/>
        </w:rPr>
        <w:t>6-Unit Value-Add Multifamily Investment</w:t>
      </w:r>
      <w:r>
        <w:rPr>
          <w:b/>
        </w:rPr>
        <w:br/>
      </w:r>
      <w:r>
        <w:t>Asking Price: $6</w:t>
      </w:r>
      <w:r w:rsidR="00476CEC">
        <w:t>95</w:t>
      </w:r>
      <w:r>
        <w:t>,000</w:t>
      </w:r>
      <w:r>
        <w:br/>
        <w:t>Seller Financing: Possible short-term seller financing for qualified buyers.</w:t>
      </w:r>
    </w:p>
    <w:p w14:paraId="46A0B8A6" w14:textId="77777777" w:rsidR="00AF3B70" w:rsidRDefault="006A2EF4">
      <w:pPr>
        <w:pStyle w:val="Heading1"/>
      </w:pPr>
      <w:r>
        <w:t>Property Highlights</w:t>
      </w:r>
    </w:p>
    <w:p w14:paraId="1ED8A1F5" w14:textId="77777777" w:rsidR="00AF3B70" w:rsidRDefault="006A2EF4">
      <w:pPr>
        <w:pStyle w:val="ListBullet"/>
      </w:pPr>
      <w:r>
        <w:t>Six (6) one-bedroom/one-bath apartments</w:t>
      </w:r>
    </w:p>
    <w:p w14:paraId="77C9EBD3" w14:textId="77777777" w:rsidR="00AF3B70" w:rsidRDefault="006A2EF4">
      <w:pPr>
        <w:pStyle w:val="ListBullet"/>
      </w:pPr>
      <w:r>
        <w:t>Three concrete block duplex buildings</w:t>
      </w:r>
    </w:p>
    <w:p w14:paraId="1868E3DB" w14:textId="77777777" w:rsidR="00AF3B70" w:rsidRDefault="006A2EF4">
      <w:pPr>
        <w:pStyle w:val="ListBullet"/>
      </w:pPr>
      <w:r>
        <w:t>Approximately 400 SF per unit</w:t>
      </w:r>
    </w:p>
    <w:p w14:paraId="0AFA191C" w14:textId="77777777" w:rsidR="00AF3B70" w:rsidRDefault="006A2EF4">
      <w:pPr>
        <w:pStyle w:val="ListBullet"/>
      </w:pPr>
      <w:r>
        <w:t>Covered carport for each unit</w:t>
      </w:r>
    </w:p>
    <w:p w14:paraId="37A204C4" w14:textId="77777777" w:rsidR="00AF3B70" w:rsidRDefault="006A2EF4">
      <w:pPr>
        <w:pStyle w:val="ListBullet"/>
      </w:pPr>
      <w:r>
        <w:t>14,400 SF IG (Industrial General) zoned lot</w:t>
      </w:r>
    </w:p>
    <w:p w14:paraId="5D9D9284" w14:textId="77777777" w:rsidR="00AF3B70" w:rsidRDefault="006A2EF4">
      <w:pPr>
        <w:pStyle w:val="ListBullet"/>
      </w:pPr>
      <w:r>
        <w:t>Four units currently leased generating $3,100/month gross</w:t>
      </w:r>
    </w:p>
    <w:p w14:paraId="010ABE74" w14:textId="77777777" w:rsidR="00AF3B70" w:rsidRDefault="006A2EF4">
      <w:pPr>
        <w:pStyle w:val="ListBullet"/>
      </w:pPr>
      <w:r>
        <w:t>Five electric meters and one master water meter</w:t>
      </w:r>
    </w:p>
    <w:p w14:paraId="14391C38" w14:textId="77777777" w:rsidR="00AF3B70" w:rsidRDefault="006A2EF4">
      <w:pPr>
        <w:pStyle w:val="ListBullet"/>
      </w:pPr>
      <w:r>
        <w:t>One unit currently being renovated with new windows, kitchen, drywall, and electrical</w:t>
      </w:r>
    </w:p>
    <w:p w14:paraId="6DFC4D09" w14:textId="77777777" w:rsidR="00AF3B70" w:rsidRDefault="006A2EF4">
      <w:pPr>
        <w:pStyle w:val="ListBullet"/>
      </w:pPr>
      <w:r>
        <w:t>Projected rent after renovation: $1,250–$1,350/month</w:t>
      </w:r>
    </w:p>
    <w:p w14:paraId="03243C8F" w14:textId="77777777" w:rsidR="00AF3B70" w:rsidRDefault="006A2EF4">
      <w:pPr>
        <w:pStyle w:val="ListBullet"/>
      </w:pPr>
      <w:r>
        <w:t>Excellent value-add opportunity with additional rental upside</w:t>
      </w:r>
    </w:p>
    <w:p w14:paraId="2033F392" w14:textId="77777777" w:rsidR="00AF3B70" w:rsidRDefault="006A2EF4">
      <w:pPr>
        <w:pStyle w:val="Heading1"/>
      </w:pPr>
      <w:r>
        <w:t>Current Income</w:t>
      </w:r>
    </w:p>
    <w:p w14:paraId="0413F5AC" w14:textId="77777777" w:rsidR="00AF3B70" w:rsidRDefault="006A2EF4">
      <w:r>
        <w:t>Current Gross Monthly Rent: $3,100</w:t>
      </w:r>
      <w:r>
        <w:br/>
        <w:t>Current Annual Gross Income: $37,200</w:t>
      </w:r>
    </w:p>
    <w:p w14:paraId="0CC4727F" w14:textId="77777777" w:rsidR="00AF3B70" w:rsidRDefault="006A2EF4">
      <w:pPr>
        <w:pStyle w:val="Heading1"/>
      </w:pPr>
      <w:r>
        <w:t>Investment Opportunity</w:t>
      </w:r>
    </w:p>
    <w:p w14:paraId="67692FA7" w14:textId="77777777" w:rsidR="00AF3B70" w:rsidRDefault="006A2EF4">
      <w:r>
        <w:t>4422 N Hale Avenue offers investors the opportunity to acquire a well-located small multifamily asset with immediate upside. Completing the current renovation and leasing the improved unit at market rent should increase cash flow, while the IG zoning provides long-term redevelopment flexibility not commonly found with small apartment properties.</w:t>
      </w:r>
    </w:p>
    <w:p w14:paraId="4955F861" w14:textId="77777777" w:rsidR="00AF3B70" w:rsidRDefault="006A2EF4">
      <w:pPr>
        <w:pStyle w:val="Heading1"/>
      </w:pPr>
      <w:r>
        <w:t>Utilities</w:t>
      </w:r>
    </w:p>
    <w:p w14:paraId="02266B7F" w14:textId="77777777" w:rsidR="00AF3B70" w:rsidRDefault="006A2EF4">
      <w:r>
        <w:t>Tenant Pays: Electric (5 separate meters)</w:t>
      </w:r>
      <w:r>
        <w:br/>
        <w:t>Owner Pays: Water, Sewer and Trash</w:t>
      </w:r>
    </w:p>
    <w:p w14:paraId="16F69AD7" w14:textId="77777777" w:rsidR="00AF3B70" w:rsidRDefault="006A2EF4">
      <w:pPr>
        <w:pStyle w:val="Heading1"/>
      </w:pPr>
      <w:r>
        <w:lastRenderedPageBreak/>
        <w:t>Location</w:t>
      </w:r>
    </w:p>
    <w:p w14:paraId="0D9EEA53" w14:textId="77777777" w:rsidR="00AF3B70" w:rsidRDefault="006A2EF4">
      <w:r>
        <w:t>Conveniently located near Drew Park, Tampa International Airport, Veterans Expressway, Interstate 275, Downtown Tampa, and the Westshore Business District.</w:t>
      </w:r>
    </w:p>
    <w:p w14:paraId="24902FD2" w14:textId="77777777" w:rsidR="00AF3B70" w:rsidRDefault="006A2EF4">
      <w:pPr>
        <w:pStyle w:val="Heading1"/>
      </w:pPr>
      <w:r>
        <w:t>Contact</w:t>
      </w:r>
    </w:p>
    <w:p w14:paraId="0D3ABF5E" w14:textId="77777777" w:rsidR="00C74E68" w:rsidRDefault="006A2EF4" w:rsidP="00C74E68">
      <w:pPr>
        <w:spacing w:after="0"/>
      </w:pPr>
      <w:r>
        <w:t>Ralph W. Carrasquillo</w:t>
      </w:r>
      <w:r>
        <w:br/>
      </w:r>
      <w:proofErr w:type="spellStart"/>
      <w:r>
        <w:t>iQ</w:t>
      </w:r>
      <w:proofErr w:type="spellEnd"/>
      <w:r>
        <w:t xml:space="preserve"> Commercial</w:t>
      </w:r>
      <w:r>
        <w:br/>
      </w:r>
      <w:proofErr w:type="spellStart"/>
      <w:r>
        <w:t>Commercial</w:t>
      </w:r>
      <w:proofErr w:type="spellEnd"/>
      <w:r>
        <w:t xml:space="preserve"> Real Estate Brokerage</w:t>
      </w:r>
      <w:r>
        <w:br/>
      </w:r>
      <w:r w:rsidR="00C74E68">
        <w:t>Cell 813-293-3234</w:t>
      </w:r>
    </w:p>
    <w:p w14:paraId="09651D5D" w14:textId="74DEB6FD" w:rsidR="00C74E68" w:rsidRDefault="005504E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1EF9A7" wp14:editId="5990637E">
                <wp:simplePos x="0" y="0"/>
                <wp:positionH relativeFrom="column">
                  <wp:posOffset>-82550</wp:posOffset>
                </wp:positionH>
                <wp:positionV relativeFrom="paragraph">
                  <wp:posOffset>504190</wp:posOffset>
                </wp:positionV>
                <wp:extent cx="6121400" cy="3670300"/>
                <wp:effectExtent l="57150" t="19050" r="69850" b="101600"/>
                <wp:wrapNone/>
                <wp:docPr id="81465821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1400" cy="3670300"/>
                        </a:xfrm>
                        <a:prstGeom prst="rect">
                          <a:avLst/>
                        </a:prstGeo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CBF9DC7" id="Rectangle 1" o:spid="_x0000_s1026" style="position:absolute;margin-left:-6.5pt;margin-top:39.7pt;width:482pt;height:28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" strokecolor="#4579b8 [3044]">
                <v:fill r:id="rId7" o:title="" recolor="t" rotate="t" type="frame"/>
                <v:shadow on="t" color="black" opacity="22937f" origin=",.5" offset="0,.63889mm"/>
              </v:rect>
            </w:pict>
          </mc:Fallback>
        </mc:AlternateContent>
      </w:r>
      <w:hyperlink r:id="rId8" w:history="1">
        <w:r w:rsidR="00C74E68" w:rsidRPr="00F751BB">
          <w:rPr>
            <w:rStyle w:val="Hyperlink"/>
          </w:rPr>
          <w:t>ralph@iqcommercial.com</w:t>
        </w:r>
      </w:hyperlink>
      <w:r w:rsidR="00C74E68">
        <w:t xml:space="preserve"> </w:t>
      </w:r>
    </w:p>
    <w:sectPr w:rsidR="00C74E6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46710896">
    <w:abstractNumId w:val="8"/>
  </w:num>
  <w:num w:numId="2" w16cid:durableId="1716390616">
    <w:abstractNumId w:val="6"/>
  </w:num>
  <w:num w:numId="3" w16cid:durableId="341515821">
    <w:abstractNumId w:val="5"/>
  </w:num>
  <w:num w:numId="4" w16cid:durableId="1936136253">
    <w:abstractNumId w:val="4"/>
  </w:num>
  <w:num w:numId="5" w16cid:durableId="336271651">
    <w:abstractNumId w:val="7"/>
  </w:num>
  <w:num w:numId="6" w16cid:durableId="1363483476">
    <w:abstractNumId w:val="3"/>
  </w:num>
  <w:num w:numId="7" w16cid:durableId="2083529645">
    <w:abstractNumId w:val="2"/>
  </w:num>
  <w:num w:numId="8" w16cid:durableId="285887786">
    <w:abstractNumId w:val="1"/>
  </w:num>
  <w:num w:numId="9" w16cid:durableId="422336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76CEC"/>
    <w:rsid w:val="005504E6"/>
    <w:rsid w:val="006A2EF4"/>
    <w:rsid w:val="009B04C5"/>
    <w:rsid w:val="00AA1D8D"/>
    <w:rsid w:val="00AF3B70"/>
    <w:rsid w:val="00B47730"/>
    <w:rsid w:val="00C74E68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329267"/>
  <w14:defaultImageDpi w14:val="300"/>
  <w15:docId w15:val="{5D329373-D01B-438B-B33B-EE0059543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C74E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4E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lph@iqcommercial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Ralph Carrasquillo</cp:lastModifiedBy>
  <cp:revision>4</cp:revision>
  <dcterms:created xsi:type="dcterms:W3CDTF">2026-07-23T15:25:00Z</dcterms:created>
  <dcterms:modified xsi:type="dcterms:W3CDTF">2026-07-28T10:50:00Z</dcterms:modified>
  <cp:category/>
</cp:coreProperties>
</file>