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9235440" cy="7136476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p300-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35440" cy="7136476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5840" w:h="12240" w:orient="landscape"/>
      <w:pgMar w:top="576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